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113" w:rsidRDefault="00C4531A">
      <w:pPr>
        <w:jc w:val="center"/>
        <w:rPr>
          <w:rFonts w:hint="eastAsia"/>
        </w:rPr>
      </w:pPr>
      <w:bookmarkStart w:id="0" w:name="_GoBack"/>
      <w:bookmarkEnd w:id="0"/>
      <w:r>
        <w:rPr>
          <w:b/>
          <w:color w:val="C00000"/>
          <w:sz w:val="20"/>
        </w:rPr>
        <w:t>SMAKI MAZOWSZA Z LENARCIKIEM</w:t>
      </w:r>
    </w:p>
    <w:p w:rsidR="00366113" w:rsidRDefault="00C4531A">
      <w:pPr>
        <w:jc w:val="center"/>
        <w:rPr>
          <w:rFonts w:hint="eastAsia"/>
        </w:rPr>
      </w:pPr>
      <w:r>
        <w:rPr>
          <w:b/>
          <w:color w:val="142B4A"/>
          <w:sz w:val="40"/>
        </w:rPr>
        <w:t>FORMULARZ OPISU POTRAWY</w:t>
      </w:r>
    </w:p>
    <w:p w:rsidR="00366113" w:rsidRDefault="00C4531A">
      <w:pPr>
        <w:jc w:val="center"/>
        <w:rPr>
          <w:rFonts w:hint="eastAsia"/>
        </w:rPr>
      </w:pPr>
      <w:r>
        <w:rPr>
          <w:i/>
          <w:sz w:val="20"/>
        </w:rPr>
        <w:t>Materiał do publikacji i planowanej książki kucharskiej</w:t>
      </w:r>
    </w:p>
    <w:p w:rsidR="00366113" w:rsidRDefault="00366113">
      <w:pPr>
        <w:rPr>
          <w:rFonts w:hint="eastAsia"/>
        </w:rPr>
      </w:pPr>
    </w:p>
    <w:p w:rsidR="00366113" w:rsidRDefault="00C4531A">
      <w:pPr>
        <w:rPr>
          <w:rFonts w:hint="eastAsia"/>
        </w:rPr>
      </w:pPr>
      <w:r>
        <w:rPr>
          <w:b/>
        </w:rPr>
        <w:t>Nazwa KGW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proofErr w:type="spellStart"/>
      <w:r>
        <w:rPr>
          <w:b/>
        </w:rPr>
        <w:t>Miejscowość</w:t>
      </w:r>
      <w:proofErr w:type="spellEnd"/>
      <w:r w:rsidR="002401F8">
        <w:rPr>
          <w:b/>
        </w:rPr>
        <w:t xml:space="preserve">, </w:t>
      </w:r>
      <w:proofErr w:type="spellStart"/>
      <w:r w:rsidR="002401F8">
        <w:rPr>
          <w:b/>
        </w:rPr>
        <w:t>gmina</w:t>
      </w:r>
      <w:proofErr w:type="spellEnd"/>
      <w:r w:rsidR="002401F8">
        <w:rPr>
          <w:b/>
        </w:rPr>
        <w:t xml:space="preserve">, </w:t>
      </w:r>
      <w:proofErr w:type="spellStart"/>
      <w:r w:rsidR="002401F8">
        <w:rPr>
          <w:b/>
        </w:rPr>
        <w:t>powiat</w:t>
      </w:r>
      <w:proofErr w:type="spellEnd"/>
    </w:p>
    <w:p w:rsidR="00DA6A61" w:rsidRDefault="00C4531A">
      <w:pPr>
        <w:rPr>
          <w:rFonts w:hint="eastAsia"/>
        </w:rPr>
      </w:pPr>
      <w:r>
        <w:t>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</w:t>
      </w:r>
    </w:p>
    <w:p w:rsidR="00366113" w:rsidRDefault="00C4531A">
      <w:pPr>
        <w:rPr>
          <w:rFonts w:hint="eastAsia"/>
        </w:rPr>
      </w:pPr>
      <w:r>
        <w:rPr>
          <w:b/>
        </w:rPr>
        <w:t>Nazwa potrawy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rPr>
          <w:b/>
        </w:rPr>
        <w:t>Osoba / osoby przygotowujące potrawę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pStyle w:val="Nagwek1"/>
      </w:pPr>
      <w:r>
        <w:t>Składniki</w:t>
      </w:r>
    </w:p>
    <w:p w:rsidR="00366113" w:rsidRDefault="00C4531A">
      <w:pPr>
        <w:rPr>
          <w:rFonts w:hint="eastAsia"/>
        </w:rPr>
      </w:pPr>
      <w:r>
        <w:rPr>
          <w:b/>
        </w:rPr>
        <w:t>Lista składników wraz z ilościami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pStyle w:val="Nagwek1"/>
      </w:pPr>
      <w:r>
        <w:lastRenderedPageBreak/>
        <w:t>Sposób przygotowania</w:t>
      </w:r>
    </w:p>
    <w:p w:rsidR="00366113" w:rsidRDefault="00C4531A">
      <w:pPr>
        <w:rPr>
          <w:rFonts w:hint="eastAsia"/>
        </w:rPr>
      </w:pPr>
      <w:r>
        <w:rPr>
          <w:b/>
        </w:rPr>
        <w:t>Opis krok po kroku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pStyle w:val="Nagwek1"/>
      </w:pPr>
      <w:r>
        <w:t>Produkty Zakładu Mięsnego Lenarcik wykorzystane w potrawie</w:t>
      </w:r>
    </w:p>
    <w:p w:rsidR="00366113" w:rsidRDefault="00C4531A">
      <w:pPr>
        <w:rPr>
          <w:rFonts w:hint="eastAsia"/>
        </w:rPr>
      </w:pPr>
      <w:r>
        <w:rPr>
          <w:b/>
        </w:rPr>
        <w:t>Nazwa produktu / produktów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pStyle w:val="Nagwek1"/>
      </w:pPr>
      <w:r>
        <w:t>Historia i tradycja</w:t>
      </w:r>
    </w:p>
    <w:p w:rsidR="00366113" w:rsidRDefault="00C4531A">
      <w:pPr>
        <w:rPr>
          <w:rFonts w:hint="eastAsia"/>
        </w:rPr>
      </w:pPr>
      <w:r>
        <w:rPr>
          <w:b/>
        </w:rPr>
        <w:t>Krótko: z czym wiąże się ta potrawa, kiedy się ją przygotowuje, od kogo pochodzi receptura?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lastRenderedPageBreak/>
        <w:t>_______________________________________________________________________________________________</w:t>
      </w:r>
    </w:p>
    <w:p w:rsidR="00366113" w:rsidRDefault="00C4531A">
      <w:pPr>
        <w:pStyle w:val="Nagwek1"/>
      </w:pPr>
      <w:r>
        <w:t>Materiały towarzyszące</w:t>
      </w:r>
    </w:p>
    <w:p w:rsidR="00366113" w:rsidRDefault="00C4531A">
      <w:pPr>
        <w:rPr>
          <w:rFonts w:hint="eastAsia"/>
        </w:rPr>
      </w:pPr>
      <w:r>
        <w:t>☐ Przekazujemy zdjęcia potrawy.</w:t>
      </w:r>
    </w:p>
    <w:p w:rsidR="00366113" w:rsidRDefault="00C4531A">
      <w:pPr>
        <w:rPr>
          <w:rFonts w:hint="eastAsia"/>
        </w:rPr>
      </w:pPr>
      <w:r>
        <w:t>☐ Przekazujemy film / rolkę.</w:t>
      </w:r>
    </w:p>
    <w:p w:rsidR="00366113" w:rsidRDefault="00C4531A">
      <w:pPr>
        <w:rPr>
          <w:rFonts w:hint="eastAsia"/>
        </w:rPr>
      </w:pPr>
      <w:r>
        <w:t>☐ Przekazujemy dodatkowy opis / historię.</w:t>
      </w:r>
    </w:p>
    <w:p w:rsidR="00366113" w:rsidRDefault="00C4531A">
      <w:pPr>
        <w:rPr>
          <w:rFonts w:hint="eastAsia"/>
        </w:rPr>
      </w:pPr>
      <w:r>
        <w:t>Przekazanie materiałów do publikacji wymaga posiadania odpowiednich praw oraz — jeżeli widoczne są osoby — kompletnej dokumentacji dotyczącej ich wizerunku.</w:t>
      </w:r>
    </w:p>
    <w:p w:rsidR="00366113" w:rsidRDefault="00C4531A">
      <w:pPr>
        <w:rPr>
          <w:rFonts w:hint="eastAsia"/>
        </w:rPr>
      </w:pPr>
      <w:r>
        <w:rPr>
          <w:b/>
        </w:rPr>
        <w:t>Data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p w:rsidR="00366113" w:rsidRDefault="00C4531A">
      <w:pPr>
        <w:rPr>
          <w:rFonts w:hint="eastAsia"/>
        </w:rPr>
      </w:pPr>
      <w:r>
        <w:rPr>
          <w:b/>
        </w:rPr>
        <w:t>Podpis osoby przekazującej formularz</w:t>
      </w:r>
    </w:p>
    <w:p w:rsidR="00366113" w:rsidRDefault="00C4531A">
      <w:pPr>
        <w:rPr>
          <w:rFonts w:hint="eastAsia"/>
        </w:rPr>
      </w:pPr>
      <w:r>
        <w:t>_______________________________________________________________________________________________</w:t>
      </w:r>
    </w:p>
    <w:sectPr w:rsidR="00366113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781" w:rsidRDefault="005E078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E0781" w:rsidRDefault="005E078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113" w:rsidRDefault="00C4531A">
    <w:pPr>
      <w:pStyle w:val="Stopka"/>
      <w:jc w:val="center"/>
      <w:rPr>
        <w:rFonts w:hint="eastAsia"/>
      </w:rPr>
    </w:pPr>
    <w:r>
      <w:rPr>
        <w:sz w:val="16"/>
      </w:rPr>
      <w:t>Organizator: Zakład Mięsny Lenarcik Sp. z o.o. | Gotardy 37, 06-126 Gzy | sekretariat@zmlenarcik.pl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781" w:rsidRDefault="005E078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5E0781" w:rsidRDefault="005E078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600B"/>
    <w:rsid w:val="0015074B"/>
    <w:rsid w:val="002401F8"/>
    <w:rsid w:val="0029639D"/>
    <w:rsid w:val="00326F90"/>
    <w:rsid w:val="00366113"/>
    <w:rsid w:val="004F19D7"/>
    <w:rsid w:val="005E0781"/>
    <w:rsid w:val="00826C6C"/>
    <w:rsid w:val="00AA1D8D"/>
    <w:rsid w:val="00B47730"/>
    <w:rsid w:val="00C4531A"/>
    <w:rsid w:val="00CB0664"/>
    <w:rsid w:val="00DA6A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74AFAD1-A37F-403A-8DEE-758FEB4D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B4A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2B4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2B4A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94602E-BEE5-4D5E-97F8-41C5102C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485</Words>
  <Characters>2913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</cp:lastModifiedBy>
  <cp:revision>2</cp:revision>
  <dcterms:created xsi:type="dcterms:W3CDTF">2026-09-01T18:17:00Z</dcterms:created>
  <dcterms:modified xsi:type="dcterms:W3CDTF">2026-09-01T18:17:00Z</dcterms:modified>
  <cp:category/>
</cp:coreProperties>
</file>