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7BB" w:rsidRDefault="004A0492">
      <w:pPr>
        <w:jc w:val="center"/>
        <w:rPr>
          <w:rFonts w:hint="eastAsia"/>
        </w:rPr>
      </w:pPr>
      <w:bookmarkStart w:id="0" w:name="_GoBack"/>
      <w:bookmarkEnd w:id="0"/>
      <w:r>
        <w:rPr>
          <w:b/>
          <w:color w:val="C00000"/>
          <w:sz w:val="20"/>
        </w:rPr>
        <w:t>SMAKI MAZOWSZA Z LENARCIKIEM</w:t>
      </w:r>
    </w:p>
    <w:p w:rsidR="000A57BB" w:rsidRDefault="004A0492">
      <w:pPr>
        <w:jc w:val="center"/>
        <w:rPr>
          <w:rFonts w:hint="eastAsia"/>
        </w:rPr>
      </w:pPr>
      <w:r>
        <w:rPr>
          <w:b/>
          <w:color w:val="142B4A"/>
          <w:sz w:val="40"/>
        </w:rPr>
        <w:t>FORMULARZ ZGŁOSZENIOWY KGW</w:t>
      </w:r>
    </w:p>
    <w:p w:rsidR="000A57BB" w:rsidRDefault="004A0492">
      <w:pPr>
        <w:jc w:val="center"/>
        <w:rPr>
          <w:rFonts w:hint="eastAsia"/>
        </w:rPr>
      </w:pPr>
      <w:r>
        <w:rPr>
          <w:i/>
          <w:sz w:val="20"/>
        </w:rPr>
        <w:t>Dokument dla Koła zgłaszającego udział w projekcie</w:t>
      </w:r>
    </w:p>
    <w:p w:rsidR="000A57BB" w:rsidRDefault="000A57BB">
      <w:pPr>
        <w:rPr>
          <w:rFonts w:hint="eastAsia"/>
        </w:rPr>
      </w:pPr>
    </w:p>
    <w:p w:rsidR="000A57BB" w:rsidRDefault="004A0492">
      <w:pPr>
        <w:pStyle w:val="Nagwek1"/>
      </w:pPr>
      <w:r>
        <w:t>A. Dane Koła</w:t>
      </w:r>
    </w:p>
    <w:p w:rsidR="000A57BB" w:rsidRDefault="004A0492">
      <w:pPr>
        <w:rPr>
          <w:rFonts w:hint="eastAsia"/>
        </w:rPr>
      </w:pPr>
      <w:r>
        <w:rPr>
          <w:b/>
        </w:rPr>
        <w:t>Pełna nazwa Koła Gospodyń Wiejskich *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Miejscowość / gmina / powiat *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Adres siedziby / adres korespondencyjny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Numer w rejestrze / KRS / NIP (jeżeli dotyczy)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Profil Facebook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pStyle w:val="Nagwek1"/>
      </w:pPr>
      <w:r>
        <w:t>B. Osoba do kontaktu</w:t>
      </w:r>
    </w:p>
    <w:p w:rsidR="000A57BB" w:rsidRDefault="004A0492">
      <w:pPr>
        <w:rPr>
          <w:rFonts w:hint="eastAsia"/>
        </w:rPr>
      </w:pPr>
      <w:r>
        <w:rPr>
          <w:b/>
        </w:rPr>
        <w:t>Imię i nazwisko *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Funkcja w KGW *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Telefon *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E-mail *</w:t>
      </w:r>
    </w:p>
    <w:p w:rsidR="000A57BB" w:rsidRDefault="004A0492">
      <w:pPr>
        <w:rPr>
          <w:rFonts w:hint="eastAsia"/>
        </w:rPr>
      </w:pPr>
      <w:r>
        <w:lastRenderedPageBreak/>
        <w:t>_______________________________________________________________________________________________</w:t>
      </w:r>
    </w:p>
    <w:p w:rsidR="000A57BB" w:rsidRDefault="004A0492">
      <w:pPr>
        <w:pStyle w:val="Nagwek1"/>
      </w:pPr>
      <w:r>
        <w:t>C. Zgłoszenie do projektu</w:t>
      </w:r>
    </w:p>
    <w:p w:rsidR="000A57BB" w:rsidRDefault="004A0492">
      <w:pPr>
        <w:rPr>
          <w:rFonts w:hint="eastAsia"/>
        </w:rPr>
      </w:pPr>
      <w:r>
        <w:rPr>
          <w:b/>
        </w:rPr>
        <w:t>Dlaczego KGW chce wziąć udział w projekcie?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Jakie potrawy / tradycje kulinarne Koło chciałoby pokazać?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Orientacyjna liczba osób z KGW zainteresowanych aktywnym udziałem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pStyle w:val="Nagwek1"/>
      </w:pPr>
      <w:r>
        <w:t>D. Materiał wideo do zgłoszenia</w:t>
      </w:r>
    </w:p>
    <w:p w:rsidR="000A57BB" w:rsidRDefault="004A0492">
      <w:pPr>
        <w:rPr>
          <w:rFonts w:hint="eastAsia"/>
        </w:rPr>
      </w:pPr>
      <w:r>
        <w:t>☐ Do zgłoszenia dołączamy krótki film „Dlaczego chcemy wziąć udział w projekcie?”.</w:t>
      </w:r>
    </w:p>
    <w:p w:rsidR="000A57BB" w:rsidRDefault="004A0492">
      <w:pPr>
        <w:rPr>
          <w:rFonts w:hint="eastAsia"/>
        </w:rPr>
      </w:pPr>
      <w:r>
        <w:t>☐ Nie dołączamy filmu na etapie zgłoszenia.</w:t>
      </w:r>
    </w:p>
    <w:p w:rsidR="000A57BB" w:rsidRDefault="004A0492">
      <w:pPr>
        <w:rPr>
          <w:rFonts w:hint="eastAsia"/>
        </w:rPr>
      </w:pPr>
      <w:r>
        <w:t>Rekomendowany format filmu: pion 9:16, 15–30 sekund, naturalna wypowiedź, bez muzyki i innych materiałów osób trzecich, do których KGW nie posiada praw. Każda rozpoznawalna osoba występująca w materiale przeznaczonym do publikacji powinna podpisać odrębne oświadczenie dotyczące wizerunku i głosu.</w:t>
      </w:r>
    </w:p>
    <w:p w:rsidR="000A57BB" w:rsidRDefault="004A0492">
      <w:pPr>
        <w:pStyle w:val="Nagwek1"/>
      </w:pPr>
      <w:r>
        <w:t>E. Oświadczenia reprezentanta KGW</w:t>
      </w:r>
    </w:p>
    <w:p w:rsidR="000A57BB" w:rsidRDefault="004A0492">
      <w:pPr>
        <w:rPr>
          <w:rFonts w:hint="eastAsia"/>
        </w:rPr>
      </w:pPr>
      <w:r>
        <w:t>☐ Oświadczam, że jestem uprawniona/uprawniony do dokonania zgłoszenia w imieniu wskazanego KGW.</w:t>
      </w:r>
    </w:p>
    <w:p w:rsidR="000A57BB" w:rsidRDefault="004A0492">
      <w:pPr>
        <w:rPr>
          <w:rFonts w:hint="eastAsia"/>
        </w:rPr>
      </w:pPr>
      <w:r>
        <w:t>☐ Potwierdzam zapoznanie się z Regulaminem naboru i udziału w projekcie oraz akceptuję jego postanowienia.</w:t>
      </w:r>
    </w:p>
    <w:p w:rsidR="000A57BB" w:rsidRDefault="004A0492">
      <w:pPr>
        <w:rPr>
          <w:rFonts w:hint="eastAsia"/>
        </w:rPr>
      </w:pPr>
      <w:r>
        <w:t>☐ Potwierdzam zapoznanie się z Klauzulą informacyjną RODO dotyczącą naboru i realizacji projektu.</w:t>
      </w:r>
    </w:p>
    <w:p w:rsidR="000A57BB" w:rsidRDefault="004A0492">
      <w:pPr>
        <w:rPr>
          <w:rFonts w:hint="eastAsia"/>
        </w:rPr>
      </w:pPr>
      <w:r>
        <w:t>☐ Jeżeli przekazuję materiały (film, zdjęcia, teksty), oświadczam, że KGW posiada prawa lub uprawnienia niezbędne do ich przekazania w zakresie określonym Regulaminem i licencją.</w:t>
      </w:r>
    </w:p>
    <w:p w:rsidR="000A57BB" w:rsidRDefault="004A0492">
      <w:pPr>
        <w:rPr>
          <w:rFonts w:hint="eastAsia"/>
        </w:rPr>
      </w:pPr>
      <w:r>
        <w:lastRenderedPageBreak/>
        <w:t>☐ Jeżeli w materiale są rozpoznawalne osoby, potwierdzam, że dla każdej osoby przeznaczonej do publikacji zostanie przekazane wymagane oświadczenie dotyczące wizerunku i głosu.</w:t>
      </w:r>
    </w:p>
    <w:p w:rsidR="000A57BB" w:rsidRDefault="004A0492">
      <w:pPr>
        <w:rPr>
          <w:rFonts w:hint="eastAsia"/>
        </w:rPr>
      </w:pPr>
      <w:r>
        <w:rPr>
          <w:b/>
        </w:rPr>
        <w:t>Imię i nazwisko osoby zgłaszającej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Data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p w:rsidR="000A57BB" w:rsidRDefault="004A0492">
      <w:pPr>
        <w:rPr>
          <w:rFonts w:hint="eastAsia"/>
        </w:rPr>
      </w:pPr>
      <w:r>
        <w:rPr>
          <w:b/>
        </w:rPr>
        <w:t>Podpis (dla wersji papierowej)</w:t>
      </w:r>
    </w:p>
    <w:p w:rsidR="000A57BB" w:rsidRDefault="004A0492">
      <w:pPr>
        <w:rPr>
          <w:rFonts w:hint="eastAsia"/>
        </w:rPr>
      </w:pPr>
      <w:r>
        <w:t>_______________________________________________________________________________________________</w:t>
      </w:r>
    </w:p>
    <w:sectPr w:rsidR="000A57BB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904" w:rsidRDefault="002A290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2A2904" w:rsidRDefault="002A290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7BB" w:rsidRDefault="004A0492">
    <w:pPr>
      <w:pStyle w:val="Stopka"/>
      <w:jc w:val="center"/>
      <w:rPr>
        <w:rFonts w:hint="eastAsia"/>
      </w:rPr>
    </w:pPr>
    <w:r>
      <w:rPr>
        <w:sz w:val="16"/>
      </w:rPr>
      <w:t>Organizator: Zakład Mięsny Lenarcik Sp. z o.o. | Gotardy 37, 06-126 Gzy | sekretariat@zmlenarcik.pl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904" w:rsidRDefault="002A290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2A2904" w:rsidRDefault="002A290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57BB"/>
    <w:rsid w:val="0015074B"/>
    <w:rsid w:val="0029639D"/>
    <w:rsid w:val="002A2904"/>
    <w:rsid w:val="002D3B4A"/>
    <w:rsid w:val="00326F90"/>
    <w:rsid w:val="004A0492"/>
    <w:rsid w:val="00962519"/>
    <w:rsid w:val="00AA1D8D"/>
    <w:rsid w:val="00B47730"/>
    <w:rsid w:val="00CB0664"/>
    <w:rsid w:val="00F209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02224E7-F159-40E9-A55F-9339C3BB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B4A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2B4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2B4A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59B700-5982-4EE2-BC79-FDAE46914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</cp:lastModifiedBy>
  <cp:revision>2</cp:revision>
  <dcterms:created xsi:type="dcterms:W3CDTF">2026-09-01T18:14:00Z</dcterms:created>
  <dcterms:modified xsi:type="dcterms:W3CDTF">2026-09-01T18:14:00Z</dcterms:modified>
  <cp:category/>
</cp:coreProperties>
</file>