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653" w:rsidRDefault="002E6408">
      <w:pPr>
        <w:jc w:val="center"/>
        <w:rPr>
          <w:rFonts w:hint="eastAsia"/>
        </w:rPr>
      </w:pPr>
      <w:r>
        <w:rPr>
          <w:b/>
          <w:color w:val="C00000"/>
          <w:sz w:val="20"/>
        </w:rPr>
        <w:t>SMAKI MAZOWSZA Z LENARCIKIEM</w:t>
      </w:r>
    </w:p>
    <w:p w:rsidR="00C56653" w:rsidRDefault="002E6408">
      <w:pPr>
        <w:jc w:val="center"/>
        <w:rPr>
          <w:rFonts w:hint="eastAsia"/>
        </w:rPr>
      </w:pPr>
      <w:r>
        <w:rPr>
          <w:b/>
          <w:color w:val="142B4A"/>
          <w:sz w:val="40"/>
        </w:rPr>
        <w:t>FORMULARZ OPISU POTRAWY</w:t>
      </w:r>
    </w:p>
    <w:p w:rsidR="00C56653" w:rsidRDefault="002E6408">
      <w:pPr>
        <w:jc w:val="center"/>
        <w:rPr>
          <w:rFonts w:hint="eastAsia"/>
        </w:rPr>
      </w:pPr>
      <w:r>
        <w:rPr>
          <w:i/>
          <w:sz w:val="20"/>
        </w:rPr>
        <w:t>Materiał do publikacji i planowanej książki kucharskiej</w:t>
      </w:r>
    </w:p>
    <w:p w:rsidR="00C56653" w:rsidRDefault="00C56653">
      <w:pPr>
        <w:rPr>
          <w:rFonts w:hint="eastAsia"/>
        </w:rPr>
      </w:pPr>
    </w:p>
    <w:p w:rsidR="00C56653" w:rsidRDefault="002E6408">
      <w:pPr>
        <w:rPr>
          <w:rFonts w:hint="eastAsia"/>
        </w:rPr>
      </w:pPr>
      <w:r>
        <w:rPr>
          <w:b/>
        </w:rPr>
        <w:t>Nazwa KGW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rPr>
          <w:b/>
        </w:rPr>
        <w:t>Miejscowość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rPr>
          <w:b/>
        </w:rPr>
        <w:t>Nazwa potrawy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rPr>
          <w:b/>
        </w:rPr>
        <w:t>Osoba / osoby przygotowujące potrawę</w:t>
      </w:r>
    </w:p>
    <w:p w:rsidR="00C56653" w:rsidRDefault="002E6408">
      <w:pPr>
        <w:rPr>
          <w:rFonts w:hint="eastAsia"/>
        </w:rPr>
      </w:pPr>
      <w:r>
        <w:t>_____________</w:t>
      </w:r>
      <w:r>
        <w:t>__________________________________________________________________________________</w:t>
      </w:r>
    </w:p>
    <w:p w:rsidR="00C56653" w:rsidRDefault="002E6408">
      <w:pPr>
        <w:pStyle w:val="Nagwek1"/>
      </w:pPr>
      <w:r>
        <w:t>Składniki</w:t>
      </w:r>
    </w:p>
    <w:p w:rsidR="00C56653" w:rsidRDefault="002E6408">
      <w:pPr>
        <w:rPr>
          <w:rFonts w:hint="eastAsia"/>
        </w:rPr>
      </w:pPr>
      <w:r>
        <w:rPr>
          <w:b/>
        </w:rPr>
        <w:t>Lista składników wraz z ilościami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</w:t>
      </w:r>
      <w:r>
        <w:t>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</w:t>
      </w:r>
      <w:r>
        <w:t>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pStyle w:val="Nagwek1"/>
      </w:pPr>
      <w:r>
        <w:t>Sposób przygotowania</w:t>
      </w:r>
    </w:p>
    <w:p w:rsidR="00C56653" w:rsidRDefault="002E6408">
      <w:pPr>
        <w:rPr>
          <w:rFonts w:hint="eastAsia"/>
        </w:rPr>
      </w:pPr>
      <w:r>
        <w:rPr>
          <w:b/>
        </w:rPr>
        <w:t>Opis krok po kroku</w:t>
      </w:r>
    </w:p>
    <w:p w:rsidR="00C56653" w:rsidRDefault="002E6408">
      <w:pPr>
        <w:rPr>
          <w:rFonts w:hint="eastAsia"/>
        </w:rPr>
      </w:pPr>
      <w:r>
        <w:lastRenderedPageBreak/>
        <w:t>_________________________</w:t>
      </w:r>
      <w:r>
        <w:t>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</w:t>
      </w:r>
      <w:r>
        <w:t>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</w:t>
      </w:r>
      <w:r>
        <w:t>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pStyle w:val="Nagwek1"/>
      </w:pPr>
      <w:r>
        <w:t>Produkty Zakładu Mięsnego</w:t>
      </w:r>
      <w:r>
        <w:t xml:space="preserve"> Lenarcik wykorzystane w potrawie</w:t>
      </w:r>
    </w:p>
    <w:p w:rsidR="00C56653" w:rsidRDefault="002E6408">
      <w:pPr>
        <w:rPr>
          <w:rFonts w:hint="eastAsia"/>
        </w:rPr>
      </w:pPr>
      <w:r>
        <w:rPr>
          <w:b/>
        </w:rPr>
        <w:t>Nazwa produktu / produktów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pStyle w:val="Nagwek1"/>
      </w:pPr>
      <w:r>
        <w:t>His</w:t>
      </w:r>
      <w:r>
        <w:t>toria i tradycja</w:t>
      </w:r>
    </w:p>
    <w:p w:rsidR="00C56653" w:rsidRDefault="002E6408">
      <w:pPr>
        <w:rPr>
          <w:rFonts w:hint="eastAsia"/>
        </w:rPr>
      </w:pPr>
      <w:r>
        <w:rPr>
          <w:b/>
        </w:rPr>
        <w:t>Krótko: z czym wiąże się ta potrawa, kiedy się ją przygotowuje, od kogo pochodzi receptura?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</w:t>
      </w:r>
      <w:r>
        <w:t>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_______________________________________________________________________________________________</w:t>
      </w:r>
    </w:p>
    <w:p w:rsidR="00C56653" w:rsidRDefault="002E6408">
      <w:pPr>
        <w:rPr>
          <w:rFonts w:hint="eastAsia"/>
        </w:rPr>
      </w:pPr>
      <w:r>
        <w:t>___________________</w:t>
      </w:r>
      <w:r>
        <w:t>____________________________________________________________________________</w:t>
      </w:r>
    </w:p>
    <w:p w:rsidR="00C56653" w:rsidRDefault="002E6408">
      <w:pPr>
        <w:pStyle w:val="Nagwek1"/>
      </w:pPr>
      <w:r>
        <w:lastRenderedPageBreak/>
        <w:t>Materiały towarzyszące</w:t>
      </w:r>
    </w:p>
    <w:p w:rsidR="00C56653" w:rsidRDefault="002E6408">
      <w:pPr>
        <w:rPr>
          <w:rFonts w:hint="eastAsia"/>
        </w:rPr>
      </w:pPr>
      <w:r>
        <w:t>☐</w:t>
      </w:r>
      <w:r>
        <w:t xml:space="preserve"> Przekazujemy zdjęcia potrawy.</w:t>
      </w:r>
    </w:p>
    <w:p w:rsidR="00C56653" w:rsidRDefault="002E6408">
      <w:pPr>
        <w:rPr>
          <w:rFonts w:hint="eastAsia"/>
        </w:rPr>
      </w:pPr>
      <w:r>
        <w:t>☐</w:t>
      </w:r>
      <w:r>
        <w:t xml:space="preserve"> Przekazujemy film / rolkę.</w:t>
      </w:r>
    </w:p>
    <w:p w:rsidR="00C56653" w:rsidRDefault="002E6408">
      <w:pPr>
        <w:rPr>
          <w:rFonts w:hint="eastAsia"/>
        </w:rPr>
      </w:pPr>
      <w:r>
        <w:t>☐</w:t>
      </w:r>
      <w:r>
        <w:t xml:space="preserve"> Przekazujemy dodatkowy opis / historię.</w:t>
      </w:r>
    </w:p>
    <w:p w:rsidR="00C56653" w:rsidRDefault="002E6408">
      <w:pPr>
        <w:rPr>
          <w:rFonts w:hint="eastAsia"/>
        </w:rPr>
      </w:pPr>
      <w:r>
        <w:t xml:space="preserve">Przekazanie materiałów do publikacji wymaga </w:t>
      </w:r>
      <w:r>
        <w:t>posiadania odpowiednich praw oraz — jeżeli widoczne są osoby — kompletnej dokumentacji dotyczącej ich wizerunku.</w:t>
      </w:r>
    </w:p>
    <w:p w:rsidR="00C56653" w:rsidRDefault="002E6408">
      <w:pPr>
        <w:rPr>
          <w:rFonts w:hint="eastAsia"/>
        </w:rPr>
      </w:pPr>
      <w:r>
        <w:rPr>
          <w:b/>
        </w:rPr>
        <w:t>Data</w:t>
      </w:r>
    </w:p>
    <w:p w:rsidR="00C56653" w:rsidRDefault="002E6408">
      <w:pPr>
        <w:rPr>
          <w:rFonts w:hint="eastAsia"/>
        </w:rPr>
      </w:pPr>
      <w:r>
        <w:t>_______________________________________________________________</w:t>
      </w:r>
      <w:r w:rsidR="004A5B64">
        <w:t>_______________________________</w:t>
      </w:r>
    </w:p>
    <w:p w:rsidR="00C56653" w:rsidRDefault="002E6408">
      <w:pPr>
        <w:rPr>
          <w:rFonts w:hint="eastAsia"/>
        </w:rPr>
      </w:pPr>
      <w:r>
        <w:rPr>
          <w:b/>
        </w:rPr>
        <w:t>Podpis osoby przekazującej formularz</w:t>
      </w:r>
    </w:p>
    <w:p w:rsidR="00C56653" w:rsidRDefault="002E6408">
      <w:pPr>
        <w:rPr>
          <w:rFonts w:hint="eastAsia"/>
        </w:rPr>
      </w:pPr>
      <w:r>
        <w:t>_____</w:t>
      </w:r>
      <w:r>
        <w:t>____________________________________</w:t>
      </w:r>
      <w:bookmarkStart w:id="0" w:name="_GoBack"/>
      <w:bookmarkEnd w:id="0"/>
      <w:r>
        <w:t>______________________</w:t>
      </w:r>
      <w:r w:rsidR="004A5B64">
        <w:t>_______________________________</w:t>
      </w:r>
    </w:p>
    <w:sectPr w:rsidR="00C56653" w:rsidSect="00034616">
      <w:foot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408" w:rsidRDefault="002E640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2E6408" w:rsidRDefault="002E640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653" w:rsidRDefault="002E6408">
    <w:pPr>
      <w:pStyle w:val="Stopka"/>
      <w:jc w:val="center"/>
      <w:rPr>
        <w:rFonts w:hint="eastAsia"/>
      </w:rPr>
    </w:pPr>
    <w:r>
      <w:rPr>
        <w:sz w:val="16"/>
      </w:rPr>
      <w:t xml:space="preserve">Organizator: Zakład Mięsny Lenarcik Sp. z o.o. | Gotardy 37, 06-126 </w:t>
    </w:r>
    <w:proofErr w:type="spellStart"/>
    <w:r>
      <w:rPr>
        <w:sz w:val="16"/>
      </w:rPr>
      <w:t>Gzy</w:t>
    </w:r>
    <w:proofErr w:type="spellEnd"/>
    <w:r>
      <w:rPr>
        <w:sz w:val="16"/>
      </w:rPr>
      <w:t xml:space="preserve"> | </w:t>
    </w:r>
    <w:r w:rsidR="004A5B64">
      <w:rPr>
        <w:sz w:val="16"/>
      </w:rPr>
      <w:t>projektkgw@8id.pl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408" w:rsidRDefault="002E640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2E6408" w:rsidRDefault="002E640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E6408"/>
    <w:rsid w:val="00326F90"/>
    <w:rsid w:val="004A5B64"/>
    <w:rsid w:val="00AA1D8D"/>
    <w:rsid w:val="00B47730"/>
    <w:rsid w:val="00C5665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44BDB"/>
  <w14:defaultImageDpi w14:val="300"/>
  <w15:docId w15:val="{2812DCE4-4569-479F-BB17-190D4CCE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2B4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42B4A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42B4A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A5DC02-5D31-4F30-A22A-7586CF20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</cp:lastModifiedBy>
  <cp:revision>3</cp:revision>
  <dcterms:created xsi:type="dcterms:W3CDTF">2013-12-23T23:15:00Z</dcterms:created>
  <dcterms:modified xsi:type="dcterms:W3CDTF">2026-08-27T14:20:00Z</dcterms:modified>
  <cp:category/>
</cp:coreProperties>
</file>