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7F3" w:rsidRDefault="00504BB0">
      <w:pPr>
        <w:jc w:val="center"/>
        <w:rPr>
          <w:rFonts w:hint="eastAsia"/>
        </w:rPr>
      </w:pPr>
      <w:r>
        <w:rPr>
          <w:b/>
          <w:color w:val="C00000"/>
          <w:sz w:val="20"/>
        </w:rPr>
        <w:t>SMAKI MAZOWSZA Z LENARCIKIEM</w:t>
      </w:r>
    </w:p>
    <w:p w:rsidR="002067F3" w:rsidRDefault="00504BB0">
      <w:pPr>
        <w:jc w:val="center"/>
        <w:rPr>
          <w:rFonts w:hint="eastAsia"/>
        </w:rPr>
      </w:pPr>
      <w:r>
        <w:rPr>
          <w:b/>
          <w:color w:val="142B4A"/>
          <w:sz w:val="40"/>
        </w:rPr>
        <w:t>FORMULARZ ZGŁOSZENIOWY KGW</w:t>
      </w:r>
    </w:p>
    <w:p w:rsidR="002067F3" w:rsidRDefault="00504BB0">
      <w:pPr>
        <w:jc w:val="center"/>
        <w:rPr>
          <w:rFonts w:hint="eastAsia"/>
        </w:rPr>
      </w:pPr>
      <w:r>
        <w:rPr>
          <w:i/>
          <w:sz w:val="20"/>
        </w:rPr>
        <w:t>Dokument dla Koła zgłaszającego udział w projekcie</w:t>
      </w:r>
    </w:p>
    <w:p w:rsidR="002067F3" w:rsidRDefault="002067F3">
      <w:pPr>
        <w:rPr>
          <w:rFonts w:hint="eastAsia"/>
        </w:rPr>
      </w:pPr>
    </w:p>
    <w:p w:rsidR="002067F3" w:rsidRDefault="00504BB0">
      <w:pPr>
        <w:pStyle w:val="Nagwek1"/>
      </w:pPr>
      <w:r>
        <w:t>A. Dane Koła</w:t>
      </w:r>
    </w:p>
    <w:p w:rsidR="002067F3" w:rsidRDefault="00504BB0">
      <w:pPr>
        <w:rPr>
          <w:rFonts w:hint="eastAsia"/>
        </w:rPr>
      </w:pPr>
      <w:r>
        <w:rPr>
          <w:b/>
        </w:rPr>
        <w:t>Pełna nazwa Koła Gospodyń Wiejskich *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Miejscowość / gmina / powiat *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Adres siedziby / adres korespondencyjny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</w:t>
      </w:r>
      <w:r>
        <w:t>______</w:t>
      </w:r>
    </w:p>
    <w:p w:rsidR="002067F3" w:rsidRDefault="00504BB0">
      <w:pPr>
        <w:rPr>
          <w:rFonts w:hint="eastAsia"/>
        </w:rPr>
      </w:pPr>
      <w:r>
        <w:rPr>
          <w:b/>
        </w:rPr>
        <w:t>Numer w rejestrze / KRS / NIP (jeżeli dotyczy)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Profil Facebook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</w:t>
      </w:r>
      <w:r>
        <w:t>_____</w:t>
      </w:r>
    </w:p>
    <w:p w:rsidR="002067F3" w:rsidRDefault="00504BB0">
      <w:pPr>
        <w:rPr>
          <w:rFonts w:hint="eastAsia"/>
        </w:rPr>
      </w:pPr>
      <w:r>
        <w:rPr>
          <w:b/>
        </w:rPr>
        <w:t>Profil Instagram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TikTok / inny kanał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pStyle w:val="Nagwek1"/>
      </w:pPr>
      <w:r>
        <w:t>B. Osoba do kontaktu</w:t>
      </w:r>
    </w:p>
    <w:p w:rsidR="002067F3" w:rsidRDefault="00504BB0">
      <w:pPr>
        <w:rPr>
          <w:rFonts w:hint="eastAsia"/>
        </w:rPr>
      </w:pPr>
      <w:r>
        <w:rPr>
          <w:b/>
        </w:rPr>
        <w:t>Imię i nazwisko *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Funkcja w KGW *</w:t>
      </w:r>
    </w:p>
    <w:p w:rsidR="002067F3" w:rsidRDefault="00504BB0">
      <w:pPr>
        <w:rPr>
          <w:rFonts w:hint="eastAsia"/>
        </w:rPr>
      </w:pPr>
      <w:r>
        <w:lastRenderedPageBreak/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Telefon *</w:t>
      </w:r>
    </w:p>
    <w:p w:rsidR="002067F3" w:rsidRDefault="00504BB0">
      <w:pPr>
        <w:rPr>
          <w:rFonts w:hint="eastAsia"/>
        </w:rPr>
      </w:pPr>
      <w:r>
        <w:t>____________________</w:t>
      </w:r>
      <w:r>
        <w:t>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E-mail *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pStyle w:val="Nagwek1"/>
      </w:pPr>
      <w:r>
        <w:t>C. Zgłoszenie do projektu</w:t>
      </w:r>
    </w:p>
    <w:p w:rsidR="002067F3" w:rsidRDefault="00504BB0">
      <w:pPr>
        <w:rPr>
          <w:rFonts w:hint="eastAsia"/>
        </w:rPr>
      </w:pPr>
      <w:r>
        <w:rPr>
          <w:b/>
        </w:rPr>
        <w:t>Dlaczego KGW chce wziąć udział w projekcie?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t>________________________________________________________________</w:t>
      </w:r>
      <w:r>
        <w:t>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Jakie potrawy / tradycje kulinarne Koło chciałoby pokazać?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</w:t>
      </w:r>
      <w:r>
        <w:t>__________________________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Orientacyjna liczba osób z KGW zainteresowanych aktywnym udziałem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</w:t>
      </w:r>
      <w:r>
        <w:t>____________________________</w:t>
      </w:r>
    </w:p>
    <w:p w:rsidR="002067F3" w:rsidRDefault="00504BB0">
      <w:pPr>
        <w:pStyle w:val="Nagwek1"/>
      </w:pPr>
      <w:r>
        <w:t>D. Materiał wideo do zgłoszenia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Do zgłoszenia dołączamy krótki film „Dlaczego chcemy wziąć udział w projekcie?”.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Nie dołączamy filmu na etapie zgłoszenia.</w:t>
      </w:r>
    </w:p>
    <w:p w:rsidR="002067F3" w:rsidRDefault="00504BB0">
      <w:pPr>
        <w:rPr>
          <w:rFonts w:hint="eastAsia"/>
        </w:rPr>
      </w:pPr>
      <w:r>
        <w:t>Rekomendowany format filmu: pion 9:16, 15–30 sekund, naturalna wypow</w:t>
      </w:r>
      <w:r>
        <w:t>iedź, bez muzyki i innych materiałów osób trzecich, do których KGW nie posiada praw. Każda rozpoznawalna osoba występująca w materiale przeznaczonym do publikacji powinna podpisać odrębne oświadczenie dotyczące wizerunku i głosu.</w:t>
      </w:r>
    </w:p>
    <w:p w:rsidR="002067F3" w:rsidRDefault="00504BB0">
      <w:pPr>
        <w:pStyle w:val="Nagwek1"/>
      </w:pPr>
      <w:r>
        <w:lastRenderedPageBreak/>
        <w:t xml:space="preserve">E. </w:t>
      </w:r>
      <w:proofErr w:type="spellStart"/>
      <w:r>
        <w:t>Oświadczenia</w:t>
      </w:r>
      <w:proofErr w:type="spellEnd"/>
      <w:r>
        <w:t xml:space="preserve"> </w:t>
      </w:r>
      <w:proofErr w:type="spellStart"/>
      <w:r>
        <w:t>reprezenta</w:t>
      </w:r>
      <w:r>
        <w:t>nta</w:t>
      </w:r>
      <w:proofErr w:type="spellEnd"/>
      <w:r>
        <w:t xml:space="preserve"> KGW</w:t>
      </w:r>
      <w:r w:rsidR="00F25BC7">
        <w:t xml:space="preserve"> - obowiązkowe</w:t>
      </w:r>
      <w:bookmarkStart w:id="0" w:name="_GoBack"/>
      <w:bookmarkEnd w:id="0"/>
    </w:p>
    <w:p w:rsidR="002067F3" w:rsidRDefault="00504BB0">
      <w:pPr>
        <w:rPr>
          <w:rFonts w:hint="eastAsia"/>
        </w:rPr>
      </w:pPr>
      <w:r>
        <w:t>☐</w:t>
      </w:r>
      <w:r>
        <w:t xml:space="preserve"> Oświadczam, że jestem uprawniona/uprawniony do dokonania zgłoszenia w imieniu wskazanego KGW.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Potwierdzam zapoznanie się z Regulaminem naboru i udziału w projekcie oraz akceptuję jego postanowienia.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Potwierdzam zapoznanie się z Klauzulą </w:t>
      </w:r>
      <w:r>
        <w:t>informacyjną RODO dotyczącą naboru i realizacji projektu.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Jeżeli przekazuję materiały (film, zdjęcia, teksty), oświadczam, że KGW posiada prawa lub uprawnienia niezbędne do ich przekazania w zakresie określonym Regulaminem i licencją.</w:t>
      </w:r>
    </w:p>
    <w:p w:rsidR="002067F3" w:rsidRDefault="00504BB0">
      <w:pPr>
        <w:rPr>
          <w:rFonts w:hint="eastAsia"/>
        </w:rPr>
      </w:pPr>
      <w:r>
        <w:t>☐</w:t>
      </w:r>
      <w:r>
        <w:t xml:space="preserve"> Jeżeli w material</w:t>
      </w:r>
      <w:r>
        <w:t>e są rozpoznawalne osoby, potwierdzam, że dla każdej osoby przeznaczonej do publikacji zostanie przekazane wymagane oświadczenie dotyczące wizerunku i głosu.</w:t>
      </w:r>
    </w:p>
    <w:p w:rsidR="002067F3" w:rsidRDefault="00504BB0">
      <w:pPr>
        <w:rPr>
          <w:rFonts w:hint="eastAsia"/>
        </w:rPr>
      </w:pPr>
      <w:r>
        <w:rPr>
          <w:b/>
        </w:rPr>
        <w:t>Imię i nazwisko osoby zgłaszającej</w:t>
      </w:r>
    </w:p>
    <w:p w:rsidR="002067F3" w:rsidRDefault="00504BB0">
      <w:pPr>
        <w:rPr>
          <w:rFonts w:hint="eastAsia"/>
        </w:rPr>
      </w:pPr>
      <w:r>
        <w:t>_______________________________________________________________</w:t>
      </w:r>
      <w:r>
        <w:t>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Data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_______________________________________________________________________________________________</w:t>
      </w:r>
    </w:p>
    <w:p w:rsidR="002067F3" w:rsidRDefault="00504BB0">
      <w:pPr>
        <w:rPr>
          <w:rFonts w:hint="eastAsia"/>
        </w:rPr>
      </w:pPr>
      <w:r>
        <w:rPr>
          <w:b/>
        </w:rPr>
        <w:t>Podpis (dla wersji papierowej)</w:t>
      </w:r>
    </w:p>
    <w:p w:rsidR="002067F3" w:rsidRDefault="00504BB0">
      <w:pPr>
        <w:rPr>
          <w:rFonts w:hint="eastAsia"/>
        </w:rPr>
      </w:pPr>
      <w:r>
        <w:t>___________________________________________________________________________________________</w:t>
      </w:r>
      <w:r>
        <w:t>____</w:t>
      </w:r>
    </w:p>
    <w:sectPr w:rsidR="002067F3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BB0" w:rsidRDefault="00504BB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504BB0" w:rsidRDefault="00504BB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7F3" w:rsidRDefault="00504BB0">
    <w:pPr>
      <w:pStyle w:val="Stopka"/>
      <w:jc w:val="center"/>
      <w:rPr>
        <w:sz w:val="16"/>
      </w:rPr>
    </w:pPr>
    <w:r>
      <w:rPr>
        <w:sz w:val="16"/>
      </w:rPr>
      <w:t>Organizator: Zakład Mięsny Lenarcik Sp. z o.o. | Gotardy 37, 06-126</w:t>
    </w:r>
    <w:r w:rsidR="00F25BC7">
      <w:rPr>
        <w:sz w:val="16"/>
      </w:rPr>
      <w:t xml:space="preserve"> </w:t>
    </w:r>
    <w:proofErr w:type="spellStart"/>
    <w:r w:rsidR="00F25BC7">
      <w:rPr>
        <w:sz w:val="16"/>
      </w:rPr>
      <w:t>Gzy</w:t>
    </w:r>
    <w:proofErr w:type="spellEnd"/>
    <w:r w:rsidR="00F25BC7">
      <w:rPr>
        <w:sz w:val="16"/>
      </w:rPr>
      <w:t xml:space="preserve"> | </w:t>
    </w:r>
    <w:hyperlink r:id="rId1" w:history="1">
      <w:r w:rsidR="00F25BC7" w:rsidRPr="007E75F0">
        <w:rPr>
          <w:rStyle w:val="Hipercze"/>
          <w:sz w:val="16"/>
        </w:rPr>
        <w:t>projektkgw@8id.pl</w:t>
      </w:r>
    </w:hyperlink>
  </w:p>
  <w:p w:rsidR="00F25BC7" w:rsidRDefault="00F25BC7">
    <w:pPr>
      <w:pStyle w:val="Stopka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BB0" w:rsidRDefault="00504BB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:rsidR="00504BB0" w:rsidRDefault="00504BB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67F3"/>
    <w:rsid w:val="0029639D"/>
    <w:rsid w:val="00326F90"/>
    <w:rsid w:val="00504BB0"/>
    <w:rsid w:val="00AA1D8D"/>
    <w:rsid w:val="00B47730"/>
    <w:rsid w:val="00CB0664"/>
    <w:rsid w:val="00F25B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A94315"/>
  <w14:defaultImageDpi w14:val="300"/>
  <w15:docId w15:val="{728CE7EA-C73D-475C-8D29-93007922D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ptos" w:hAnsi="Aptos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42B4A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42B4A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42B4A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F25B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jektkgw@8i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2F460E-F42B-4E96-9027-8E589BB05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549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joann</cp:lastModifiedBy>
  <cp:revision>2</cp:revision>
  <dcterms:created xsi:type="dcterms:W3CDTF">2013-12-23T23:15:00Z</dcterms:created>
  <dcterms:modified xsi:type="dcterms:W3CDTF">2026-08-27T13:57:00Z</dcterms:modified>
  <cp:category/>
</cp:coreProperties>
</file>